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סימני הפיסוק השונים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בנקודתיים, פסיק, סימן שאלה וסימן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איזה סימן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אלה הכלים שנצטרך פטיש מסמרים ודבק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איזה יום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איזה כיף היום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להפריד בין מילים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אמר "שלום לכולם"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כשהמשפט רגיל ונגמר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נקודתיים מסמנים שמיד תבוא 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קריאה משמש לרגש חזק, לא לשאלות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בסוף משפט שמים נקודה, סימן שאלה או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השימושים העיקריים של הפסיק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מרכאות מסמנות ציטוט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בסוף משפט שמים רק סימן פיסוק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(מסיימת משפט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(מפריד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(מסמן משפט ששואלים)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(מביע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(מופיעות לפני רשימה או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רשימה אחרי נקודתיים, למשל: קניתי בחנות: לחם, חלב וביצים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שונים שמראים הבדל בין שאלה לרגש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השתמש בכל חמשת סוגי הסימנים בצורה נכונה ובמקום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נקודתיים לפני רשימה או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שאלה לשאלה, סימן קריאה לרגש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הפרדה בין פריטים או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בדוגמאות מהמשחק הדיגיטלי כדי לחבר בין המסך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סימני פיסוק. נראה איפה שמים נקודה, פסיק, סימן שאלה וסימן 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. - בסוף משפט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, - מפריד בין מילים או חלקים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? - בסוף משפט ששואלים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! - בסוף משפט שיש בו רגש 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: - לפני רשימה או הסבר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 " - כשמביאים דברים שמישהו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שעוזרים להבין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איזה סימן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שמים נקודתיים?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הלכנו לים כי 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אלה הכלים שנצטרך פטיש מסמרים ודבק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הלכתי למכולת וקניתי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אתה בא 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שואל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 יום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נלך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יש הרבה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למדתי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כיף היום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אוכל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השעה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משמש הפסיק?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להפריד בין מילים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כותבים מה שמישהו 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אמר: שלום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אמר "שלום לכולם"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אמר. שלום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אמר, שלום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שמים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כשיש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כשהמשפט רגיל ונגמר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רשימה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באים לפני רשימה של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לשאלות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משפט חייבים לשים פסיק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יכול להפריד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מרכאות משמשות כדי לכתוב בדיוק מה שמישהו אמר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לשים גם נקודה וגם סימן שאלה בסוף אותו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ששואלים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משפט עם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רשימה של דברים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בין פריטים ברשימה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כשכותבים מה שמישהו אמר בדיוק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משפט רגיל שמסתיים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סימן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מופיעות לפני רשימה או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מסמן משפט ששואלים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מביע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מפריד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מסיימת משפט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צריך להשתמש בנקודתיים, והסבירו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סימן שאלה ומשפט אחד עם סימן קריאה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(3-4 משפטים) על יום בבית הספר, והשתמשו בה בכל סימני הפיסוק שלמדנו: נקודה, פסיק, סימן שאלה, סימן קריאה ונקודתיים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שמים נקודתיים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סימן שאלה לסימן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פסיק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