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סימני פיסוק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סימני הפיסוק השונים ואת תפקידם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מתי משתמשים בנקודתיים, פסיק, סימן שאלה וסימן 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בסימני פיסוק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 - איזה סימן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אלה הכלים שנצטרך פטיש מסמרים ודבק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איזה יום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איזה כיף היום הזה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להפריד בין מילים ברשימה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הוא אמר "שלום לכולם"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כשהמשפט רגיל ונגמר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נקודתיים מסמנים שמיד תבוא רשימה או 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סימן קריאה משמש לרגש חזק, לא לשאלות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בסוף משפט שמים נקודה, סימן שאלה או סימן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אחד השימושים העיקריים של הפסיק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מרכאות מסמנות ציטוט ישיר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בסוף משפט שמים רק סימן פיסוק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סימן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סימן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נקודתיים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פסיק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מרכאות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נקודה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סימן ותפקיד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(מסיימת משפט רגיל)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(מפריד בין פריטים ברשימה)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(מסמן משפט ששואלים)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(מביע רגש חזק)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(מופיעות לפני רשימה או הסבר)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עם רשימה אחרי נקודתיים, למשל: קניתי בחנות: לחם, חלב וביצים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 משפטים שונים שמראים הבדל בין שאלה לרגש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בדקו שהתלמיד השתמש בכל חמשת סוגי הסימנים בצורה נכונה ובמקום המתאים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נקודתיים לפני רשימה או 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סימן שאלה לשאלה, סימן קריאה לרגש חזק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עם הפרדה בין פריטים או חלקים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בדוגמאות מהמשחק הדיגיטלי כדי לחבר בין המסך לדף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לפני הכתיבה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סימני פיסוק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סימני הפיסוק שלמדנו במשחק הטיל: נקודה, פסיק, סימן שאלה, סימן קריאה ונקודתיים. נזהה באילו משפטים משתמשים בכל סימן ולמה.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מרובה - איזה סימן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משפט צריך נקודתיים?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הלכנו לים כי היה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אלה הכלים שנצטרך פטיש מסמרים ודבק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הלכתי למכולת וקניתי חלב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האם אתה בא איתנו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משפט צריך סימן שאלה בסופו?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איזה יום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היום יום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בוא נלך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איזה יופי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משפט צריך סימן קריאה בסופו?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למדתי היום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איזה כיף היום הזה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אני אוכל תפוח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השעה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תפקיד הפסיק במשפט?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לסיים 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לשאול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להפריד בין מילים ברשימה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להביע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משפט משתמש נכון במרכאות?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אמר: שלום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אמר "שלום לכולם"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אמר. שלום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אמר, שלום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מתי נשים נקודה בסוף 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כשיש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כשיש רגש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כשהמשפט רגיל ונגמר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כשיש רשימה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נקודתיים באים לפני רשימה של דברים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קריאה משמש לשאלות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כל משפט חייבים לשים פסיק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פסיק יכול להפריד בין פריטים ברשימה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מרכאות משמשות כדי לכתוב בדיוק מה שמישהו אמר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לשים גם נקודה וגם סימן שאלה בסוף אותו משפט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בסוף משפט ששואלים שמים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בסוף משפט עם רגש חזק שמים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לפני רשימה של דברים שמים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בין פריטים ברשימה שמים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כשכותבים מה שמישהו אמר בדיוק משתמשים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בסוף משפט רגיל שמסתיים שמים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סימן ותפקיד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נקודה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מסמן משפט ששואלים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פסיק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מופיעות לפני רשימה או הסבר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סימן 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מפריד בין פריטים ברשימה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סימן 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מסיימת משפט רגיל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נקודתיים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מביע רגש חזק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שבו צריך להשתמש בנקודתיים, והסבירו 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עם סימן שאלה ומשפט אחד עם סימן קריאה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(3-4 משפטים) על יום בבית הספר, והשתמשו בה בכל סימני הפיסוק שלמדנו: נקודה, פסיק, סימן שאלה, סימן קריאה ונקודתיים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שמים נקודתיים במשפט?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סימן שאלה לסימן קריאה?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למשפט עם פסיק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סימני פיסוק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